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  <w:i w:val="0"/>
          <w:sz w:val="16"/>
        </w:rPr>
        <w:t>Приказ Минстроя от 16.05.2023 №344/пр</w:t>
      </w:r>
    </w:p>
    <w:p>
      <w:pPr>
        <w:jc w:val="right"/>
      </w:pPr>
      <w:r>
        <w:rPr>
          <w:b w:val="0"/>
          <w:i w:val="0"/>
          <w:sz w:val="16"/>
        </w:rPr>
        <w:t>Приложение № 3</w:t>
      </w:r>
    </w:p>
    <w:p>
      <w:pPr>
        <w:jc w:val="left"/>
      </w:pPr>
      <w:r>
        <w:rPr>
          <w:b/>
          <w:i w:val="0"/>
          <w:sz w:val="20"/>
        </w:rPr>
        <w:t>Объект капитального строительства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(наименование объекта капитального строительства в соответствии с проектной документацией, почтовый или строительный адрес объекта капитального строительства)</w:t>
      </w:r>
    </w:p>
    <w:p>
      <w:pPr>
        <w:jc w:val="left"/>
      </w:pPr>
      <w:r>
        <w:rPr>
          <w:b/>
          <w:i w:val="0"/>
          <w:sz w:val="20"/>
        </w:rPr>
        <w:t>Застройщик, технический заказчик, лицо, ответственное за эксплуатацию здания, сооружения, или региональный оператор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факс;</w:t>
      </w:r>
    </w:p>
    <w:p>
      <w:pPr>
        <w:jc w:val="center"/>
      </w:pPr>
      <w:r>
        <w:rPr>
          <w:b w:val="0"/>
          <w:i/>
          <w:sz w:val="14"/>
        </w:rPr>
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требуется);</w:t>
      </w:r>
    </w:p>
    <w:p>
      <w:pPr>
        <w:jc w:val="center"/>
      </w:pPr>
      <w:r>
        <w:rPr>
          <w:b w:val="0"/>
          <w:i/>
          <w:sz w:val="14"/>
        </w:rPr>
        <w:t>фамилия, имя, отчество (последнее - при наличии), паспортные данные,  адрес места жительства, телефон или факс - для физических лиц, не являющихся индивидуальными предпринимателями)</w:t>
      </w:r>
    </w:p>
    <w:p>
      <w:pPr>
        <w:jc w:val="left"/>
      </w:pPr>
      <w:r>
        <w:rPr>
          <w:b/>
          <w:i w:val="0"/>
          <w:sz w:val="20"/>
        </w:rPr>
        <w:t>Лицо, осуществляющее строительство, реконструкцию, капитальный ремонт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</w:t>
      </w:r>
    </w:p>
    <w:p>
      <w:pPr>
        <w:jc w:val="center"/>
      </w:pPr>
      <w:r>
        <w:rPr>
          <w:b w:val="0"/>
          <w:i/>
          <w:sz w:val="14"/>
        </w:rPr>
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</w:t>
      </w:r>
    </w:p>
    <w:p>
      <w:pPr>
        <w:jc w:val="left"/>
      </w:pPr>
      <w:r>
        <w:rPr>
          <w:b/>
          <w:i w:val="0"/>
          <w:sz w:val="20"/>
        </w:rPr>
        <w:t>Лицо, осуществляющее подготовку проектной документации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имя, отчество (последнее - при наличии), адрес места жительства, ОГРНИП, ИНН индивидуального предпринимателя, полное и (или) сокращенное наименование, ОГРН, ИНН, адрес юридического лица в пределах его места нахождения, телефон или факс,</w:t>
      </w:r>
    </w:p>
    <w:p>
      <w:pPr>
        <w:jc w:val="center"/>
      </w:pPr>
      <w:r>
        <w:rPr>
          <w:b w:val="0"/>
          <w:i/>
          <w:sz w:val="14"/>
        </w:rPr>
        <w:t>полное и (или) сокращенное наименование, ОГРН, ИНН саморегулируемой организации, членом которой является указанное юридическое лицо или индивидуальный предприниматель (за исключением случаев, когда членство в саморегулируемых организациях в области архитектурно-строительного проектирования объектов капитального строительства не требуется)</w:t>
      </w:r>
    </w:p>
    <w:p>
      <w:pPr>
        <w:jc w:val="center"/>
      </w:pPr>
      <w:r>
        <w:rPr>
          <w:b/>
          <w:i w:val="0"/>
          <w:sz w:val="26"/>
        </w:rPr>
        <w:t>АКТ</w:t>
      </w:r>
    </w:p>
    <w:p>
      <w:pPr>
        <w:jc w:val="center"/>
      </w:pPr>
      <w:r>
        <w:rPr>
          <w:b/>
          <w:i w:val="0"/>
          <w:sz w:val="24"/>
        </w:rPr>
        <w:t>освидетельствования скрытых работ</w:t>
      </w:r>
    </w:p>
    <w:p>
      <w:pPr>
        <w:jc w:val="center"/>
      </w:pPr>
      <w:r>
        <w:rPr>
          <w:b w:val="0"/>
          <w:i w:val="0"/>
          <w:sz w:val="20"/>
        </w:rPr>
        <w:t>№ ______                                                                      «___» ____________ 20__ г.</w:t>
      </w:r>
    </w:p>
    <w:p>
      <w:pPr>
        <w:jc w:val="center"/>
      </w:pPr>
      <w:r>
        <w:rPr>
          <w:b w:val="0"/>
          <w:i/>
          <w:sz w:val="14"/>
        </w:rPr>
        <w:t>(дата составления акта)</w:t>
      </w:r>
    </w:p>
    <w:p>
      <w:pPr>
        <w:jc w:val="left"/>
      </w:pPr>
      <w:r>
        <w:rPr>
          <w:b/>
          <w:i w:val="0"/>
          <w:sz w:val="20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полномочия,</w:t>
      </w:r>
    </w:p>
    <w:p>
      <w:pPr>
        <w:jc w:val="center"/>
      </w:pPr>
      <w:r>
        <w:rPr>
          <w:b w:val="0"/>
          <w:i/>
          <w:sz w:val="14"/>
        </w:rPr>
        <w:t>с указанием полного и (или) сокращенного наименования, ОГРН, ИНН, адреса юридического лица в пределах его места нахождения (в случае осуществления  строительного  контроля  на  основании  договора  с застройщиком или техническим заказчиком), фамилии, имени, отчества (последнее - при наличии), адреса места жительства, ОГРНИП, ИНН индивидуального предпринимателя (в случае осуществления строительного контроля на основании договора с застройщиком или техническим заказчиком)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строительство, реконструкцию, капитальный ремонт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(должность (при наличии), фамилия, инициалы, реквизиты распорядительного документа, подтверждающего полномочия)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(должность (при наличии), фамилия, инициалы, идентификационный номер в национальном реестре специалистов в области строительства (за исключением случаев, когда членство в саморегулируемых организациях в области строительства, реконструкции, капитального ремонта объектов капитального строительства не требуется), реквизиты распорядительного документа, подтверждающего полномочия)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адреса юридического лица в пределах его места нахождения, фамилии, имени, отчества (последнее - при наличии), адреса места жительства, ОГРНИП, ИНН индивидуального предпринимателя)</w:t>
      </w:r>
    </w:p>
    <w:p>
      <w:pPr>
        <w:jc w:val="left"/>
      </w:pPr>
      <w:r>
        <w:rPr>
          <w:b/>
          <w:i w:val="0"/>
          <w:sz w:val="20"/>
        </w:rPr>
        <w:t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заключённым с иными лицами)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(должность (при наличии), фамилия, инициалы, реквизиты распорядительного документа, подтверждающего полномочия, с указанием полного и (или) сокращенного наименования, ОГРН, ИНН, места нахождения юридического лица, фамилии, имени, отчества (последнее - при наличии), адреса места жительства, ОГРНИП, ИНН индивидуального предпринимателя)</w:t>
      </w:r>
    </w:p>
    <w:p>
      <w:pPr>
        <w:jc w:val="left"/>
      </w:pPr>
      <w:r>
        <w:rPr>
          <w:b w:val="0"/>
          <w:i w:val="0"/>
          <w:sz w:val="20"/>
        </w:rPr>
        <w:t>произвели осмотр работ, выполненных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(полное и (или) сокращённое наименование или фамилия, имя, отчество (последнее - при наличии) лица, выполнившего работы, подлежащие освидетельствованию)</w:t>
      </w:r>
    </w:p>
    <w:p>
      <w:pPr>
        <w:jc w:val="left"/>
      </w:pPr>
      <w:r>
        <w:rPr>
          <w:b w:val="0"/>
          <w:i w:val="0"/>
          <w:sz w:val="20"/>
        </w:rPr>
        <w:t>и составили настоящий акт о нижеследующем:</w:t>
      </w:r>
    </w:p>
    <w:p>
      <w:pPr>
        <w:jc w:val="left"/>
      </w:pPr>
      <w:r>
        <w:rPr>
          <w:b/>
          <w:i w:val="0"/>
          <w:sz w:val="20"/>
        </w:rPr>
        <w:t>1. К освидетельствованию предъявлены следующие работы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(наименование скрытых работ)</w:t>
      </w:r>
    </w:p>
    <w:p>
      <w:pPr>
        <w:jc w:val="left"/>
      </w:pPr>
      <w:r>
        <w:rPr>
          <w:b/>
          <w:i w:val="0"/>
          <w:sz w:val="20"/>
        </w:rPr>
        <w:t>2. Работы выполнены по проектной документации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(номер, другие реквизиты чертежа,</w:t>
      </w:r>
    </w:p>
    <w:p>
      <w:pPr>
        <w:jc w:val="center"/>
      </w:pPr>
      <w:r>
        <w:rPr>
          <w:b w:val="0"/>
          <w:i/>
          <w:sz w:val="14"/>
        </w:rPr>
        <w:t>наименование проектной и/или рабочей документации, сведения о лицах, осуществляющих подготовку раздела проектной и/или рабочей документации)</w:t>
      </w:r>
    </w:p>
    <w:p>
      <w:pPr>
        <w:jc w:val="left"/>
      </w:pPr>
      <w:r>
        <w:rPr>
          <w:b/>
          <w:i w:val="0"/>
          <w:sz w:val="20"/>
        </w:rPr>
        <w:t>3. При выполнении работ применены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(Наименование строительных материалов (изделий), реквизиты сертификатов и/или других документов, подтверждающих их качество и безопасность, в случае если необходимо указывать более 5 документов, указывается ссылка на их реестр, который является неотъемлемой частью акта)</w:t>
      </w:r>
    </w:p>
    <w:p>
      <w:pPr>
        <w:jc w:val="left"/>
      </w:pPr>
      <w:r>
        <w:rPr>
          <w:b/>
          <w:i w:val="0"/>
          <w:sz w:val="20"/>
        </w:rPr>
        <w:t>4. Предъявлены документы, подтверждающие соответствие работ предъявляемым к ним требованиям: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(Исполнительные схемы и чертежи, результаты экспертиз, обследований, лабораторных и иных испытаний выполненных работ, проведенных в процессе строительного контроля)</w:t>
      </w:r>
    </w:p>
    <w:p>
      <w:pPr>
        <w:jc w:val="left"/>
      </w:pPr>
      <w:r>
        <w:rPr>
          <w:b/>
          <w:i w:val="0"/>
          <w:sz w:val="20"/>
        </w:rPr>
        <w:t>5. Даты: начала работ «___» ____________ 20__ г.;  окончания работ «___» ____________ 20__ г.</w:t>
      </w:r>
    </w:p>
    <w:p>
      <w:pPr>
        <w:jc w:val="left"/>
      </w:pPr>
      <w:r>
        <w:rPr>
          <w:b/>
          <w:i w:val="0"/>
          <w:sz w:val="20"/>
        </w:rPr>
        <w:t>6. Работы выполнены в соответствии с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(наименования и структурные единицы технических регламентов, иных нормативных правовых актов, разделы проектной и/или рабочей документации)</w:t>
      </w:r>
    </w:p>
    <w:p>
      <w:pPr>
        <w:jc w:val="left"/>
      </w:pPr>
      <w:r>
        <w:rPr>
          <w:b/>
          <w:i w:val="0"/>
          <w:sz w:val="20"/>
        </w:rPr>
        <w:t>7. Разрешается производство последующих работ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(наименование работ, строительных конструкций, участков сетей инженерно-технического обеспечения)</w:t>
      </w:r>
    </w:p>
    <w:p>
      <w:pPr>
        <w:jc w:val="left"/>
      </w:pPr>
      <w:r>
        <w:rPr>
          <w:b/>
          <w:i w:val="0"/>
          <w:sz w:val="20"/>
        </w:rPr>
        <w:t>Дополнительные сведения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left"/>
      </w:pPr>
      <w:r>
        <w:rPr>
          <w:b w:val="0"/>
          <w:i w:val="0"/>
          <w:sz w:val="20"/>
        </w:rPr>
        <w:t>Акт составлен в ____ экземплярах (в случае заполнения акта на бумажном носителе).</w:t>
      </w:r>
    </w:p>
    <w:p>
      <w:pPr>
        <w:jc w:val="left"/>
      </w:pPr>
      <w:r>
        <w:rPr>
          <w:b/>
          <w:i w:val="0"/>
          <w:sz w:val="20"/>
        </w:rPr>
        <w:t>Приложения :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(исполнительные схемы и чертежи, результаты экспертиз, обследований, лабораторных и иных испытаний)</w:t>
      </w:r>
    </w:p>
    <w:p>
      <w:pPr>
        <w:jc w:val="left"/>
      </w:pPr>
      <w:r>
        <w:rPr>
          <w:b/>
          <w:i w:val="0"/>
          <w:sz w:val="20"/>
        </w:rPr>
        <w:t>Представитель застройщика, технического заказчика, лица, ответственного за эксплуатацию здания, сооружения, или регионального оператора по вопросам строительного контроля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инициалы)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строительство, реконструкцию, капитальный ремонт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инициалы)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строительство, реконструкцию, капитальный ремонт, по вопросам строительного контроля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инициалы)</w:t>
      </w:r>
    </w:p>
    <w:p>
      <w:pPr>
        <w:jc w:val="left"/>
      </w:pPr>
      <w:r>
        <w:rPr>
          <w:b/>
          <w:i w:val="0"/>
          <w:sz w:val="20"/>
        </w:rPr>
        <w:t>Представитель лица, осуществляющего подготовку проектной документации (в случае привлечения застройщиком лица, осуществляющего подготовку проектной документации, для проверки соответствия выполняемых работ проектной документации согласно части 2 статьи 53 Градостроительного кодекса Российской Федерации)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инициалы)</w:t>
      </w:r>
    </w:p>
    <w:p>
      <w:pPr>
        <w:jc w:val="left"/>
      </w:pPr>
      <w:r>
        <w:rPr>
          <w:b/>
          <w:i w:val="0"/>
          <w:sz w:val="20"/>
        </w:rPr>
        <w:t>Представитель лица, выполнившего работы, подлежащие освидетельствованию (в случае выполнения работ по договорам о строительстве, реконструкции, капитальном ремонте объектов капитального строительства, заключённым с иными лицами)</w:t>
      </w:r>
    </w:p>
    <w:p>
      <w:r>
        <w:rPr>
          <w:sz w:val="20"/>
        </w:rPr>
        <w:t>_______________________________________________________________________________________________</w:t>
      </w:r>
    </w:p>
    <w:p>
      <w:pPr>
        <w:jc w:val="center"/>
      </w:pPr>
      <w:r>
        <w:rPr>
          <w:b w:val="0"/>
          <w:i/>
          <w:sz w:val="14"/>
        </w:rPr>
        <w:t>(фамилия, инициалы)</w:t>
      </w:r>
    </w:p>
    <w:p>
      <w:pPr>
        <w:jc w:val="left"/>
      </w:pPr>
      <w:r>
        <w:rPr>
          <w:b w:val="0"/>
          <w:i/>
          <w:sz w:val="14"/>
        </w:rPr>
        <w:t>Бланк в оформлении RS-Compliance · rs-x.ru/blanki/aosr · форма утверждена приказом Минстроя России от 16.05.2023 № 344/пр (приложение № 3)</w:t>
      </w:r>
    </w:p>
    <w:sectPr w:rsidR="00FC693F" w:rsidRPr="0006063C" w:rsidSect="00034616">
      <w:pgSz w:w="12240" w:h="15840"/>
      <w:pgMar w:top="680" w:right="680" w:bottom="68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